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D5A9" w14:textId="77777777" w:rsidR="00C73E6A" w:rsidRDefault="00000000" w:rsidP="00AC5BC8">
      <w:pPr>
        <w:pStyle w:val="Heading1"/>
      </w:pPr>
      <w:r>
        <w:t>DECLARAȚIE PE PROPRIA RĂSPUNDERE</w:t>
      </w:r>
    </w:p>
    <w:p w14:paraId="136DB75F" w14:textId="7BB473B7" w:rsidR="00C73E6A" w:rsidRDefault="00000000" w:rsidP="00AC5BC8">
      <w:pPr>
        <w:jc w:val="both"/>
      </w:pPr>
      <w:r>
        <w:br/>
        <w:t>Subsemnatul(a), [Nume și prenume], născut(ă) la data de [data nașterii], în localitatea [localitate], județul [județ], domiciliat(ă) în [adresa completă], identificat(ă) cu CI seria [seria] nr. [numărul], eliberată de [emitent] la data de [data eliberării], CNP [CNP], în calitate de [calitatea – ex. reprezentant legal al …],</w:t>
      </w:r>
      <w:r>
        <w:br/>
      </w:r>
      <w:r>
        <w:br/>
        <w:t>Declar pe propria răspundere că:</w:t>
      </w:r>
      <w:r>
        <w:br/>
      </w:r>
      <w:r>
        <w:br/>
        <w:t xml:space="preserve">Nu am beneficiat de finanțare prin intermediul </w:t>
      </w:r>
      <w:r w:rsidR="00AC5BC8">
        <w:t xml:space="preserve">GAL </w:t>
      </w:r>
      <w:r w:rsidR="00CF3F10">
        <w:t>MUNȚII METALIFERI, TRASCĂU ȘI MUNTELE MARE</w:t>
      </w:r>
      <w:r>
        <w:t xml:space="preserve"> în perioada de programare 2014–2020, sub nicio formă și pentru niciun proiect, în calitate de beneficiar direct sau prin intermediul unei entități juridice în cadrul căreia dețin calitatea de asociat, acționar, administrator sau altă formă de implicare relevantă.</w:t>
      </w:r>
      <w:r>
        <w:br/>
      </w:r>
      <w:r>
        <w:br/>
        <w:t>Prezenta declarație este dată pentru a fi utilizată în cadrul procedurilor de verificare și eligibilitate aferente proiectului [</w:t>
      </w:r>
      <w:r w:rsidR="00AC5BC8">
        <w:t>titlul proiectului</w:t>
      </w:r>
      <w:r>
        <w:t>]</w:t>
      </w:r>
      <w:r w:rsidR="00ED4DB4">
        <w:t>…………………</w:t>
      </w:r>
      <w:r>
        <w:t>, și mă angajez să informez autoritățile competente în cazul apariției unor modificări privind cele declarate.</w:t>
      </w:r>
      <w:r>
        <w:br/>
      </w:r>
      <w:r>
        <w:br/>
        <w:t>Declar că cunosc prevederile art. 326 din Codul Penal privind falsul în declarații și răspund penal pentru inexactitatea celor afirmate.</w:t>
      </w:r>
      <w:r>
        <w:br/>
      </w:r>
    </w:p>
    <w:p w14:paraId="73207E77" w14:textId="6533CA34" w:rsidR="00C73E6A" w:rsidRDefault="00000000">
      <w:r>
        <w:br/>
        <w:t xml:space="preserve">Data: </w:t>
      </w:r>
    </w:p>
    <w:p w14:paraId="40A09BF5" w14:textId="77777777" w:rsidR="00C73E6A" w:rsidRDefault="00000000">
      <w:r>
        <w:t>Semnătura: ____________________</w:t>
      </w:r>
    </w:p>
    <w:p w14:paraId="6C8BE23D" w14:textId="77777777" w:rsidR="00C73E6A" w:rsidRDefault="00000000">
      <w:r>
        <w:t>Nume complet (în clar): ____________________</w:t>
      </w:r>
    </w:p>
    <w:sectPr w:rsidR="00C73E6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5291992">
    <w:abstractNumId w:val="8"/>
  </w:num>
  <w:num w:numId="2" w16cid:durableId="1851020545">
    <w:abstractNumId w:val="6"/>
  </w:num>
  <w:num w:numId="3" w16cid:durableId="1864049491">
    <w:abstractNumId w:val="5"/>
  </w:num>
  <w:num w:numId="4" w16cid:durableId="1118374623">
    <w:abstractNumId w:val="4"/>
  </w:num>
  <w:num w:numId="5" w16cid:durableId="618223275">
    <w:abstractNumId w:val="7"/>
  </w:num>
  <w:num w:numId="6" w16cid:durableId="542865211">
    <w:abstractNumId w:val="3"/>
  </w:num>
  <w:num w:numId="7" w16cid:durableId="213124984">
    <w:abstractNumId w:val="2"/>
  </w:num>
  <w:num w:numId="8" w16cid:durableId="299266250">
    <w:abstractNumId w:val="1"/>
  </w:num>
  <w:num w:numId="9" w16cid:durableId="1224826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07DE"/>
    <w:rsid w:val="0029639D"/>
    <w:rsid w:val="00326F90"/>
    <w:rsid w:val="009321BD"/>
    <w:rsid w:val="00A76359"/>
    <w:rsid w:val="00AA1D8D"/>
    <w:rsid w:val="00AC5BC8"/>
    <w:rsid w:val="00B47730"/>
    <w:rsid w:val="00C73E6A"/>
    <w:rsid w:val="00CB0664"/>
    <w:rsid w:val="00CF3F10"/>
    <w:rsid w:val="00ED4D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3DB5A1"/>
  <w14:defaultImageDpi w14:val="300"/>
  <w15:docId w15:val="{AC81DFD2-E502-4D6F-A5E7-9978B798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Delia M</cp:lastModifiedBy>
  <cp:revision>3</cp:revision>
  <dcterms:created xsi:type="dcterms:W3CDTF">2025-10-28T10:05:00Z</dcterms:created>
  <dcterms:modified xsi:type="dcterms:W3CDTF">2025-10-29T10:02:00Z</dcterms:modified>
  <cp:category/>
</cp:coreProperties>
</file>